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DE7A" w14:textId="0B075FE5" w:rsidR="00301978" w:rsidRPr="003E41F3" w:rsidRDefault="001C4520">
      <w:pPr>
        <w:pStyle w:val="Heading2"/>
        <w:rPr>
          <w:rFonts w:ascii="Arial Nova" w:hAnsi="Arial Nova" w:cs="Arial"/>
          <w:sz w:val="32"/>
          <w:szCs w:val="32"/>
        </w:rPr>
      </w:pPr>
      <w:r w:rsidRPr="008F5D83">
        <w:rPr>
          <w:rFonts w:ascii="Arial Nova" w:hAnsi="Arial Nova" w:cs="Arial"/>
          <w:color w:val="002060"/>
          <w:sz w:val="32"/>
          <w:szCs w:val="32"/>
        </w:rPr>
        <w:t>Ruth Etchells Fellowship – Application Form</w:t>
      </w:r>
      <w:r w:rsidR="003E2191" w:rsidRPr="008F5D83">
        <w:rPr>
          <w:rFonts w:ascii="Arial Nova" w:hAnsi="Arial Nova" w:cs="Arial"/>
          <w:color w:val="002060"/>
          <w:sz w:val="32"/>
          <w:szCs w:val="32"/>
        </w:rPr>
        <w:t xml:space="preserve"> 202</w:t>
      </w:r>
      <w:r w:rsidR="003E41F3" w:rsidRPr="008F5D83">
        <w:rPr>
          <w:rFonts w:ascii="Arial Nova" w:hAnsi="Arial Nova" w:cs="Arial"/>
          <w:color w:val="002060"/>
          <w:sz w:val="32"/>
          <w:szCs w:val="32"/>
        </w:rPr>
        <w:t>6</w:t>
      </w:r>
      <w:r w:rsidR="003E2191" w:rsidRPr="008F5D83">
        <w:rPr>
          <w:rFonts w:ascii="Arial Nova" w:hAnsi="Arial Nova" w:cs="Arial"/>
          <w:color w:val="002060"/>
          <w:sz w:val="32"/>
          <w:szCs w:val="32"/>
        </w:rPr>
        <w:t>-2</w:t>
      </w:r>
      <w:r w:rsidR="003E41F3" w:rsidRPr="008F5D83">
        <w:rPr>
          <w:rFonts w:ascii="Arial Nova" w:hAnsi="Arial Nova" w:cs="Arial"/>
          <w:color w:val="002060"/>
          <w:sz w:val="32"/>
          <w:szCs w:val="32"/>
        </w:rPr>
        <w:t>7</w:t>
      </w:r>
    </w:p>
    <w:p w14:paraId="697617ED" w14:textId="77777777" w:rsidR="00864A70" w:rsidRPr="003E41F3" w:rsidRDefault="00864A70" w:rsidP="00864A70">
      <w:pPr>
        <w:rPr>
          <w:rFonts w:ascii="Arial Nova" w:eastAsiaTheme="majorEastAsia" w:hAnsi="Arial Nova" w:cs="Arial"/>
          <w:b/>
          <w:bCs/>
          <w:color w:val="4F81BD" w:themeColor="accent1"/>
        </w:rPr>
      </w:pPr>
    </w:p>
    <w:p w14:paraId="0E2211D3" w14:textId="7508B0DE" w:rsidR="00301978" w:rsidRPr="008F5D83" w:rsidRDefault="00864A70" w:rsidP="00864A70">
      <w:pPr>
        <w:rPr>
          <w:rFonts w:ascii="Arial Nova" w:eastAsiaTheme="majorEastAsia" w:hAnsi="Arial Nova" w:cs="Arial"/>
          <w:b/>
          <w:bCs/>
          <w:color w:val="002060"/>
        </w:rPr>
      </w:pPr>
      <w:r w:rsidRPr="008F5D83">
        <w:rPr>
          <w:rFonts w:ascii="Arial Nova" w:eastAsiaTheme="majorEastAsia" w:hAnsi="Arial Nova" w:cs="Arial"/>
          <w:b/>
          <w:bCs/>
          <w:color w:val="002060"/>
        </w:rPr>
        <w:t>A. P</w:t>
      </w:r>
      <w:r w:rsidR="001C4520" w:rsidRPr="008F5D83">
        <w:rPr>
          <w:rFonts w:ascii="Arial Nova" w:eastAsiaTheme="majorEastAsia" w:hAnsi="Arial Nova" w:cs="Arial"/>
          <w:b/>
          <w:bCs/>
          <w:color w:val="002060"/>
        </w:rPr>
        <w:t>ersonal Information</w:t>
      </w:r>
    </w:p>
    <w:p w14:paraId="7E52677E" w14:textId="77777777" w:rsidR="00936190" w:rsidRPr="003E41F3" w:rsidRDefault="0093619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Title:</w:t>
      </w:r>
    </w:p>
    <w:p w14:paraId="4C128D10" w14:textId="2E18892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Full Name:</w:t>
      </w:r>
    </w:p>
    <w:p w14:paraId="7EBA8E9A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Address:</w:t>
      </w:r>
    </w:p>
    <w:p w14:paraId="55FDAA72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Telephone:</w:t>
      </w:r>
    </w:p>
    <w:p w14:paraId="7F80C508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Email:</w:t>
      </w:r>
    </w:p>
    <w:p w14:paraId="0A13BA26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Nationality:</w:t>
      </w:r>
    </w:p>
    <w:p w14:paraId="31D8E932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Country of Residence:</w:t>
      </w:r>
    </w:p>
    <w:p w14:paraId="6976EF24" w14:textId="77777777" w:rsidR="00301978" w:rsidRPr="008F5D83" w:rsidRDefault="001C4520">
      <w:pPr>
        <w:pStyle w:val="Heading3"/>
        <w:rPr>
          <w:rFonts w:ascii="Arial Nova" w:hAnsi="Arial Nova" w:cs="Arial"/>
          <w:color w:val="002060"/>
        </w:rPr>
      </w:pPr>
      <w:r w:rsidRPr="008F5D83">
        <w:rPr>
          <w:rFonts w:ascii="Arial Nova" w:hAnsi="Arial Nova" w:cs="Arial"/>
          <w:color w:val="002060"/>
        </w:rPr>
        <w:t>B. Academic / Professional Background</w:t>
      </w:r>
    </w:p>
    <w:p w14:paraId="310CEE48" w14:textId="13FFD872" w:rsidR="00385B48" w:rsidRPr="003E41F3" w:rsidRDefault="001C4520" w:rsidP="00385B48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 xml:space="preserve">Please provide a brief </w:t>
      </w:r>
      <w:r w:rsidR="00385B48" w:rsidRPr="003E41F3">
        <w:rPr>
          <w:rFonts w:ascii="Arial Nova" w:hAnsi="Arial Nova" w:cs="Arial"/>
        </w:rPr>
        <w:t xml:space="preserve">bio (max 300 words) including </w:t>
      </w:r>
      <w:r w:rsidRPr="003E41F3">
        <w:rPr>
          <w:rFonts w:ascii="Arial Nova" w:hAnsi="Arial Nova" w:cs="Arial"/>
        </w:rPr>
        <w:t>your academic and/or professional background, including</w:t>
      </w:r>
      <w:r w:rsidR="00385B48" w:rsidRPr="003E41F3">
        <w:rPr>
          <w:rFonts w:ascii="Arial Nova" w:hAnsi="Arial Nova" w:cs="Arial"/>
        </w:rPr>
        <w:t xml:space="preserve"> e</w:t>
      </w:r>
      <w:r w:rsidRPr="003E41F3">
        <w:rPr>
          <w:rFonts w:ascii="Arial Nova" w:hAnsi="Arial Nova" w:cs="Arial"/>
        </w:rPr>
        <w:t>ducational qualifications</w:t>
      </w:r>
      <w:r w:rsidR="00385B48" w:rsidRPr="003E41F3">
        <w:rPr>
          <w:rFonts w:ascii="Arial Nova" w:hAnsi="Arial Nova" w:cs="Arial"/>
        </w:rPr>
        <w:t xml:space="preserve">, key </w:t>
      </w:r>
      <w:r w:rsidRPr="003E41F3">
        <w:rPr>
          <w:rFonts w:ascii="Arial Nova" w:hAnsi="Arial Nova" w:cs="Arial"/>
        </w:rPr>
        <w:t>publications, creative work, or ministry experience</w:t>
      </w:r>
      <w:r w:rsidR="00385B48" w:rsidRPr="003E41F3">
        <w:rPr>
          <w:rFonts w:ascii="Arial Nova" w:hAnsi="Arial Nova" w:cs="Arial"/>
        </w:rPr>
        <w:t>; r</w:t>
      </w:r>
      <w:r w:rsidRPr="003E41F3">
        <w:rPr>
          <w:rFonts w:ascii="Arial Nova" w:hAnsi="Arial Nova" w:cs="Arial"/>
        </w:rPr>
        <w:t>elevant roles in the arts, church, or other spheres</w:t>
      </w:r>
      <w:r w:rsidR="00385B48" w:rsidRPr="003E41F3">
        <w:rPr>
          <w:rFonts w:ascii="Arial Nova" w:hAnsi="Arial Nova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64A70" w:rsidRPr="003E41F3" w14:paraId="137EB2B7" w14:textId="77777777" w:rsidTr="00864A70">
        <w:tc>
          <w:tcPr>
            <w:tcW w:w="8856" w:type="dxa"/>
          </w:tcPr>
          <w:p w14:paraId="69E88320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1E455C25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43DE859D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278A52B5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3E7BBEA2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282B21EB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1DA726AA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2C90D719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3B74DF55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14AB8139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  <w:p w14:paraId="2E371DCB" w14:textId="77777777" w:rsidR="00864A70" w:rsidRPr="003E41F3" w:rsidRDefault="00864A70" w:rsidP="00385B48">
            <w:pPr>
              <w:rPr>
                <w:rFonts w:ascii="Arial Nova" w:hAnsi="Arial Nova" w:cs="Arial"/>
              </w:rPr>
            </w:pPr>
          </w:p>
        </w:tc>
      </w:tr>
    </w:tbl>
    <w:p w14:paraId="070B1AA7" w14:textId="77777777" w:rsidR="00864A70" w:rsidRPr="003E41F3" w:rsidRDefault="00864A70" w:rsidP="00385B48">
      <w:pPr>
        <w:rPr>
          <w:rFonts w:ascii="Arial Nova" w:hAnsi="Arial Nova" w:cs="Arial"/>
        </w:rPr>
      </w:pPr>
    </w:p>
    <w:p w14:paraId="14E769E4" w14:textId="77777777" w:rsidR="00301978" w:rsidRPr="008F5D83" w:rsidRDefault="001C4520">
      <w:pPr>
        <w:pStyle w:val="Heading3"/>
        <w:rPr>
          <w:rFonts w:ascii="Arial Nova" w:hAnsi="Arial Nova" w:cs="Arial"/>
          <w:color w:val="002060"/>
        </w:rPr>
      </w:pPr>
      <w:r w:rsidRPr="008F5D83">
        <w:rPr>
          <w:rFonts w:ascii="Arial Nova" w:hAnsi="Arial Nova" w:cs="Arial"/>
          <w:color w:val="002060"/>
        </w:rPr>
        <w:t>C. Proposed Project</w:t>
      </w:r>
    </w:p>
    <w:p w14:paraId="4818913D" w14:textId="527A8AA5" w:rsidR="00301978" w:rsidRPr="003E41F3" w:rsidRDefault="00385B48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Provide a</w:t>
      </w:r>
      <w:r w:rsidR="00864F37" w:rsidRPr="003E41F3">
        <w:rPr>
          <w:rFonts w:ascii="Arial Nova" w:hAnsi="Arial Nova" w:cs="Arial"/>
        </w:rPr>
        <w:t xml:space="preserve"> title and</w:t>
      </w:r>
      <w:r w:rsidRPr="003E41F3">
        <w:rPr>
          <w:rFonts w:ascii="Arial Nova" w:hAnsi="Arial Nova" w:cs="Arial"/>
        </w:rPr>
        <w:t xml:space="preserve"> overview of the </w:t>
      </w:r>
      <w:r w:rsidR="001C4520" w:rsidRPr="003E41F3">
        <w:rPr>
          <w:rFonts w:ascii="Arial Nova" w:hAnsi="Arial Nova" w:cs="Arial"/>
        </w:rPr>
        <w:t>proposed project / area of research or creative work</w:t>
      </w:r>
      <w:r w:rsidRPr="003E41F3">
        <w:rPr>
          <w:rFonts w:ascii="Arial Nova" w:hAnsi="Arial Nova" w:cs="Arial"/>
        </w:rPr>
        <w:t xml:space="preserve"> (max </w:t>
      </w:r>
      <w:r w:rsidR="258E257D" w:rsidRPr="414C596C">
        <w:rPr>
          <w:rFonts w:ascii="Arial Nova" w:hAnsi="Arial Nova" w:cs="Arial"/>
        </w:rPr>
        <w:t>4</w:t>
      </w:r>
      <w:r w:rsidRPr="414C596C">
        <w:rPr>
          <w:rFonts w:ascii="Arial Nova" w:hAnsi="Arial Nova" w:cs="Arial"/>
        </w:rPr>
        <w:t>00</w:t>
      </w:r>
      <w:r w:rsidRPr="003E41F3">
        <w:rPr>
          <w:rFonts w:ascii="Arial Nova" w:hAnsi="Arial Nova" w:cs="Arial"/>
        </w:rPr>
        <w:t xml:space="preserve"> words). P</w:t>
      </w:r>
      <w:r w:rsidR="001C4520" w:rsidRPr="003E41F3">
        <w:rPr>
          <w:rFonts w:ascii="Arial Nova" w:hAnsi="Arial Nova" w:cs="Arial"/>
        </w:rPr>
        <w:t>lease explain how your proposed project a</w:t>
      </w:r>
      <w:r w:rsidR="00936190" w:rsidRPr="003E41F3">
        <w:rPr>
          <w:rFonts w:ascii="Arial Nova" w:hAnsi="Arial Nova" w:cs="Arial"/>
        </w:rPr>
        <w:t>ligns with</w:t>
      </w:r>
      <w:r w:rsidR="001C4520" w:rsidRPr="003E41F3">
        <w:rPr>
          <w:rFonts w:ascii="Arial Nova" w:hAnsi="Arial Nova" w:cs="Arial"/>
        </w:rPr>
        <w:t>:</w:t>
      </w:r>
    </w:p>
    <w:p w14:paraId="772379C2" w14:textId="77777777" w:rsidR="00385B48" w:rsidRPr="003E41F3" w:rsidRDefault="001C4520" w:rsidP="00385B48">
      <w:pPr>
        <w:pStyle w:val="ListParagraph"/>
        <w:numPr>
          <w:ilvl w:val="0"/>
          <w:numId w:val="7"/>
        </w:num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The vision and values of Ruth Etchells (e.g. integration of faith, learning, creativity, and Christian commitment)</w:t>
      </w:r>
    </w:p>
    <w:p w14:paraId="52ACA067" w14:textId="77777777" w:rsidR="001D5D5B" w:rsidRPr="003E41F3" w:rsidRDefault="001C4520" w:rsidP="00385B48">
      <w:pPr>
        <w:pStyle w:val="ListParagraph"/>
        <w:numPr>
          <w:ilvl w:val="0"/>
          <w:numId w:val="7"/>
        </w:num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The aims of the Ruth Etchells Fellowship, including support for Christian reflection in public or creative spheres</w:t>
      </w:r>
    </w:p>
    <w:p w14:paraId="7188B0C4" w14:textId="5912A53C" w:rsidR="00301978" w:rsidRPr="003E41F3" w:rsidRDefault="001D5D5B" w:rsidP="00385B48">
      <w:pPr>
        <w:pStyle w:val="ListParagraph"/>
        <w:numPr>
          <w:ilvl w:val="0"/>
          <w:numId w:val="7"/>
        </w:num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The</w:t>
      </w:r>
      <w:r w:rsidR="003E41F3" w:rsidRPr="003E41F3">
        <w:rPr>
          <w:rFonts w:ascii="Arial Nova" w:hAnsi="Arial Nova"/>
        </w:rPr>
        <w:t xml:space="preserve"> </w:t>
      </w:r>
      <w:hyperlink r:id="rId10" w:history="1">
        <w:r w:rsidR="003E41F3" w:rsidRPr="003E41F3">
          <w:rPr>
            <w:rStyle w:val="Hyperlink"/>
            <w:rFonts w:ascii="Arial Nova" w:hAnsi="Arial Nova"/>
          </w:rPr>
          <w:t>College vision</w:t>
        </w:r>
      </w:hyperlink>
      <w:r w:rsidR="003E41F3" w:rsidRPr="003E41F3">
        <w:rPr>
          <w:rFonts w:ascii="Arial Nova" w:hAnsi="Arial Nova"/>
        </w:rPr>
        <w:t xml:space="preserve"> and </w:t>
      </w:r>
      <w:hyperlink r:id="rId11" w:history="1">
        <w:r w:rsidR="003E41F3" w:rsidRPr="003E41F3">
          <w:rPr>
            <w:rStyle w:val="Hyperlink"/>
            <w:rFonts w:ascii="Arial Nova" w:hAnsi="Arial Nova"/>
          </w:rPr>
          <w:t>Research Strategy</w:t>
        </w:r>
      </w:hyperlink>
      <w:r w:rsidRPr="003E41F3">
        <w:rPr>
          <w:rFonts w:ascii="Arial Nova" w:hAnsi="Arial Nova" w:cs="Arial"/>
        </w:rPr>
        <w:t>.</w:t>
      </w:r>
      <w:r w:rsidR="001C4520" w:rsidRPr="003E41F3">
        <w:rPr>
          <w:rFonts w:ascii="Arial Nova" w:hAnsi="Arial Nova"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64A70" w:rsidRPr="003E41F3" w14:paraId="6F5F0805" w14:textId="77777777" w:rsidTr="00864A70">
        <w:tc>
          <w:tcPr>
            <w:tcW w:w="8856" w:type="dxa"/>
          </w:tcPr>
          <w:p w14:paraId="332B1C80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1A0D4F51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5D856028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42B2E526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7EC88F13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177E8048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4A694F58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6FC50E2D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0D6AC42A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5B08DF6F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  <w:p w14:paraId="1395A81C" w14:textId="77777777" w:rsidR="00864A70" w:rsidRPr="003E41F3" w:rsidRDefault="00864A70" w:rsidP="00864A70">
            <w:pPr>
              <w:rPr>
                <w:rFonts w:ascii="Arial Nova" w:hAnsi="Arial Nova" w:cs="Arial"/>
              </w:rPr>
            </w:pPr>
          </w:p>
        </w:tc>
      </w:tr>
    </w:tbl>
    <w:p w14:paraId="12D672DB" w14:textId="77777777" w:rsidR="00864A70" w:rsidRPr="003E41F3" w:rsidRDefault="00864A70" w:rsidP="00864A70">
      <w:pPr>
        <w:rPr>
          <w:rFonts w:ascii="Arial Nova" w:hAnsi="Arial Nova" w:cs="Arial"/>
        </w:rPr>
      </w:pPr>
    </w:p>
    <w:p w14:paraId="3CF1C421" w14:textId="3997A9A1" w:rsidR="00936190" w:rsidRPr="003E41F3" w:rsidRDefault="008F5D83" w:rsidP="00936190">
      <w:pPr>
        <w:rPr>
          <w:rFonts w:ascii="Arial Nova" w:hAnsi="Arial Nova" w:cs="Arial"/>
          <w:lang w:val="en-GB"/>
        </w:rPr>
      </w:pPr>
      <w:r>
        <w:rPr>
          <w:rFonts w:ascii="Arial Nova" w:eastAsiaTheme="majorEastAsia" w:hAnsi="Arial Nova" w:cs="Arial"/>
          <w:b/>
          <w:bCs/>
          <w:color w:val="002060"/>
        </w:rPr>
        <w:t>D</w:t>
      </w:r>
      <w:r w:rsidR="00936190" w:rsidRPr="008F5D83">
        <w:rPr>
          <w:rFonts w:ascii="Arial Nova" w:eastAsiaTheme="majorEastAsia" w:hAnsi="Arial Nova" w:cs="Arial"/>
          <w:b/>
          <w:bCs/>
          <w:color w:val="002060"/>
        </w:rPr>
        <w:t>. Preferred Period of Residence</w:t>
      </w:r>
      <w:r w:rsidR="00936190" w:rsidRPr="003E41F3">
        <w:rPr>
          <w:rFonts w:ascii="Arial Nova" w:hAnsi="Arial Nova" w:cs="Arial"/>
          <w:lang w:val="en-GB"/>
        </w:rPr>
        <w:br/>
        <w:t xml:space="preserve">Please indicate your preferred </w:t>
      </w:r>
      <w:r w:rsidR="00311F25" w:rsidRPr="003E41F3">
        <w:rPr>
          <w:rFonts w:ascii="Arial Nova" w:hAnsi="Arial Nova" w:cs="Arial"/>
          <w:lang w:val="en-GB"/>
        </w:rPr>
        <w:t>period</w:t>
      </w:r>
      <w:r w:rsidR="00936190" w:rsidRPr="003E41F3">
        <w:rPr>
          <w:rFonts w:ascii="Arial Nova" w:hAnsi="Arial Nova" w:cs="Arial"/>
          <w:lang w:val="en-GB"/>
        </w:rPr>
        <w:t xml:space="preserve"> of residenc</w:t>
      </w:r>
      <w:r w:rsidR="00311F25" w:rsidRPr="003E41F3">
        <w:rPr>
          <w:rFonts w:ascii="Arial Nova" w:hAnsi="Arial Nova" w:cs="Arial"/>
          <w:lang w:val="en-GB"/>
        </w:rPr>
        <w:t xml:space="preserve">e. </w:t>
      </w:r>
    </w:p>
    <w:p w14:paraId="21FE06DF" w14:textId="12092414" w:rsidR="00936190" w:rsidRPr="003E41F3" w:rsidRDefault="003E41F3" w:rsidP="00936190">
      <w:pPr>
        <w:rPr>
          <w:rFonts w:ascii="Arial Nova" w:hAnsi="Arial Nova" w:cs="Arial"/>
          <w:lang w:val="en-GB"/>
        </w:rPr>
      </w:pPr>
      <w:r w:rsidRPr="003E41F3">
        <w:rPr>
          <w:rFonts w:ascii="Arial Nova" w:hAnsi="Arial Nova" w:cs="Arial"/>
          <w:b/>
          <w:bCs/>
          <w:lang w:val="en-GB"/>
        </w:rPr>
        <w:t>Epiphany Term</w:t>
      </w:r>
      <w:r w:rsidR="00936190" w:rsidRPr="003E41F3">
        <w:rPr>
          <w:rFonts w:ascii="Arial Nova" w:hAnsi="Arial Nova" w:cs="Arial"/>
          <w:lang w:val="en-GB"/>
        </w:rPr>
        <w:br/>
      </w:r>
      <w:r w:rsidRPr="003E41F3">
        <w:rPr>
          <w:rFonts w:ascii="Arial Nova" w:hAnsi="Arial Nova" w:cs="Arial"/>
          <w:i/>
          <w:iCs/>
          <w:lang w:val="en-GB"/>
        </w:rPr>
        <w:t>11</w:t>
      </w:r>
      <w:r w:rsidR="00311F25" w:rsidRPr="003E41F3">
        <w:rPr>
          <w:rFonts w:ascii="Arial Nova" w:hAnsi="Arial Nova" w:cs="Arial"/>
          <w:i/>
          <w:iCs/>
          <w:lang w:val="en-GB"/>
        </w:rPr>
        <w:t xml:space="preserve"> </w:t>
      </w:r>
      <w:r w:rsidRPr="003E41F3">
        <w:rPr>
          <w:rFonts w:ascii="Arial Nova" w:hAnsi="Arial Nova" w:cs="Arial"/>
          <w:i/>
          <w:iCs/>
          <w:lang w:val="en-GB"/>
        </w:rPr>
        <w:t>January</w:t>
      </w:r>
      <w:r w:rsidR="00311F25" w:rsidRPr="003E41F3">
        <w:rPr>
          <w:rFonts w:ascii="Arial Nova" w:hAnsi="Arial Nova" w:cs="Arial"/>
          <w:i/>
          <w:iCs/>
          <w:lang w:val="en-GB"/>
        </w:rPr>
        <w:t xml:space="preserve"> </w:t>
      </w:r>
      <w:r w:rsidR="00936190" w:rsidRPr="003E41F3">
        <w:rPr>
          <w:rFonts w:ascii="Arial Nova" w:hAnsi="Arial Nova" w:cs="Arial"/>
          <w:i/>
          <w:iCs/>
          <w:lang w:val="en-GB"/>
        </w:rPr>
        <w:t>202</w:t>
      </w:r>
      <w:r w:rsidRPr="003E41F3">
        <w:rPr>
          <w:rFonts w:ascii="Arial Nova" w:hAnsi="Arial Nova" w:cs="Arial"/>
          <w:i/>
          <w:iCs/>
          <w:lang w:val="en-GB"/>
        </w:rPr>
        <w:t>7</w:t>
      </w:r>
      <w:r w:rsidR="00936190" w:rsidRPr="003E41F3">
        <w:rPr>
          <w:rFonts w:ascii="Arial Nova" w:hAnsi="Arial Nova" w:cs="Arial"/>
          <w:i/>
          <w:iCs/>
          <w:lang w:val="en-GB"/>
        </w:rPr>
        <w:t xml:space="preserve"> – </w:t>
      </w:r>
      <w:r w:rsidRPr="003E41F3">
        <w:rPr>
          <w:rFonts w:ascii="Arial Nova" w:hAnsi="Arial Nova" w:cs="Arial"/>
          <w:i/>
          <w:iCs/>
          <w:lang w:val="en-GB"/>
        </w:rPr>
        <w:t xml:space="preserve">19 March </w:t>
      </w:r>
      <w:r w:rsidR="00311F25" w:rsidRPr="003E41F3">
        <w:rPr>
          <w:rFonts w:ascii="Arial Nova" w:hAnsi="Arial Nova" w:cs="Arial"/>
          <w:i/>
          <w:iCs/>
          <w:lang w:val="en-GB"/>
        </w:rPr>
        <w:t>202</w:t>
      </w:r>
      <w:r w:rsidRPr="003E41F3">
        <w:rPr>
          <w:rFonts w:ascii="Arial Nova" w:hAnsi="Arial Nova" w:cs="Arial"/>
          <w:i/>
          <w:iCs/>
          <w:lang w:val="en-GB"/>
        </w:rPr>
        <w:t>7</w:t>
      </w:r>
    </w:p>
    <w:p w14:paraId="295A6D88" w14:textId="5D352AC0" w:rsidR="00936190" w:rsidRPr="003E41F3" w:rsidRDefault="00936190" w:rsidP="00936190">
      <w:pPr>
        <w:rPr>
          <w:rFonts w:ascii="Arial Nova" w:hAnsi="Arial Nova" w:cs="Arial"/>
          <w:lang w:val="en-GB"/>
        </w:rPr>
      </w:pPr>
      <w:r w:rsidRPr="003E41F3">
        <w:rPr>
          <w:rFonts w:ascii="Arial Nova" w:hAnsi="Arial Nova" w:cs="Arial"/>
          <w:b/>
          <w:bCs/>
          <w:lang w:val="en-GB"/>
        </w:rPr>
        <w:t>E</w:t>
      </w:r>
      <w:r w:rsidR="003E41F3" w:rsidRPr="003E41F3">
        <w:rPr>
          <w:rFonts w:ascii="Arial Nova" w:hAnsi="Arial Nova" w:cs="Arial"/>
          <w:b/>
          <w:bCs/>
          <w:lang w:val="en-GB"/>
        </w:rPr>
        <w:t>aster</w:t>
      </w:r>
      <w:r w:rsidRPr="003E41F3">
        <w:rPr>
          <w:rFonts w:ascii="Arial Nova" w:hAnsi="Arial Nova" w:cs="Arial"/>
          <w:b/>
          <w:bCs/>
          <w:lang w:val="en-GB"/>
        </w:rPr>
        <w:t xml:space="preserve"> Term</w:t>
      </w:r>
      <w:r w:rsidRPr="003E41F3">
        <w:rPr>
          <w:rFonts w:ascii="Arial Nova" w:hAnsi="Arial Nova" w:cs="Arial"/>
          <w:lang w:val="en-GB"/>
        </w:rPr>
        <w:br/>
      </w:r>
      <w:r w:rsidR="003E41F3" w:rsidRPr="003E41F3">
        <w:rPr>
          <w:rFonts w:ascii="Arial Nova" w:hAnsi="Arial Nova" w:cs="Arial"/>
          <w:i/>
          <w:iCs/>
          <w:lang w:val="en-GB"/>
        </w:rPr>
        <w:t>26 April</w:t>
      </w:r>
      <w:r w:rsidRPr="003E41F3">
        <w:rPr>
          <w:rFonts w:ascii="Arial Nova" w:hAnsi="Arial Nova" w:cs="Arial"/>
          <w:i/>
          <w:iCs/>
          <w:lang w:val="en-GB"/>
        </w:rPr>
        <w:t xml:space="preserve"> 202</w:t>
      </w:r>
      <w:r w:rsidR="003E41F3" w:rsidRPr="003E41F3">
        <w:rPr>
          <w:rFonts w:ascii="Arial Nova" w:hAnsi="Arial Nova" w:cs="Arial"/>
          <w:i/>
          <w:iCs/>
          <w:lang w:val="en-GB"/>
        </w:rPr>
        <w:t>7</w:t>
      </w:r>
      <w:r w:rsidRPr="003E41F3">
        <w:rPr>
          <w:rFonts w:ascii="Arial Nova" w:hAnsi="Arial Nova" w:cs="Arial"/>
          <w:i/>
          <w:iCs/>
          <w:lang w:val="en-GB"/>
        </w:rPr>
        <w:t xml:space="preserve"> – </w:t>
      </w:r>
      <w:r w:rsidR="003E41F3" w:rsidRPr="003E41F3">
        <w:rPr>
          <w:rFonts w:ascii="Arial Nova" w:hAnsi="Arial Nova" w:cs="Arial"/>
          <w:i/>
          <w:iCs/>
          <w:lang w:val="en-GB"/>
        </w:rPr>
        <w:t>25 June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36190" w:rsidRPr="003E41F3" w14:paraId="2160164F" w14:textId="77777777" w:rsidTr="00311F25">
        <w:tc>
          <w:tcPr>
            <w:tcW w:w="8630" w:type="dxa"/>
          </w:tcPr>
          <w:p w14:paraId="4EC5AA0D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404B12CD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48E7C2CF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13F33EAD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386324A1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48B076F2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29D1AE99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38D28B88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  <w:p w14:paraId="302F4B14" w14:textId="77777777" w:rsidR="00936190" w:rsidRPr="003E41F3" w:rsidRDefault="00936190" w:rsidP="00864A70">
            <w:pPr>
              <w:rPr>
                <w:rFonts w:ascii="Arial Nova" w:hAnsi="Arial Nova" w:cs="Arial"/>
                <w:lang w:val="en-GB"/>
              </w:rPr>
            </w:pPr>
          </w:p>
        </w:tc>
      </w:tr>
    </w:tbl>
    <w:p w14:paraId="567B27E7" w14:textId="77777777" w:rsidR="00864A70" w:rsidRPr="003E41F3" w:rsidRDefault="00864A70" w:rsidP="00864A70">
      <w:pPr>
        <w:rPr>
          <w:rFonts w:ascii="Arial Nova" w:hAnsi="Arial Nova" w:cs="Arial"/>
        </w:rPr>
      </w:pPr>
    </w:p>
    <w:p w14:paraId="4A82C6C3" w14:textId="77777777" w:rsidR="001D5D5B" w:rsidRPr="008F5D83" w:rsidRDefault="001D5D5B" w:rsidP="001D5D5B">
      <w:pPr>
        <w:pStyle w:val="Heading3"/>
        <w:rPr>
          <w:rFonts w:ascii="Arial Nova" w:hAnsi="Arial Nova" w:cs="Arial"/>
          <w:color w:val="002060"/>
        </w:rPr>
      </w:pPr>
      <w:r w:rsidRPr="008F5D83">
        <w:rPr>
          <w:rFonts w:ascii="Arial Nova" w:hAnsi="Arial Nova" w:cs="Arial"/>
          <w:color w:val="002060"/>
        </w:rPr>
        <w:t>E. Engagement with College Life</w:t>
      </w:r>
    </w:p>
    <w:p w14:paraId="16100B06" w14:textId="3A138778" w:rsidR="001D5D5B" w:rsidRPr="003E41F3" w:rsidRDefault="001D5D5B" w:rsidP="001D5D5B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Please indicate your planned contribution towards St John’s College and student life (</w:t>
      </w:r>
      <w:r w:rsidR="00864A70" w:rsidRPr="003E41F3">
        <w:rPr>
          <w:rFonts w:ascii="Arial Nova" w:hAnsi="Arial Nova" w:cs="Arial"/>
        </w:rPr>
        <w:t xml:space="preserve">ca </w:t>
      </w:r>
      <w:r w:rsidRPr="003E41F3">
        <w:rPr>
          <w:rFonts w:ascii="Arial Nova" w:hAnsi="Arial Nova" w:cs="Arial"/>
        </w:rPr>
        <w:t>100 words).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64A70" w:rsidRPr="003E41F3" w14:paraId="710441F7" w14:textId="77777777" w:rsidTr="00864A70">
        <w:tc>
          <w:tcPr>
            <w:tcW w:w="8856" w:type="dxa"/>
          </w:tcPr>
          <w:p w14:paraId="20AAAD5B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  <w:p w14:paraId="1C3652A3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  <w:p w14:paraId="69693BE9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  <w:p w14:paraId="0F3545E4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  <w:p w14:paraId="179E9825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  <w:p w14:paraId="2F479B7A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  <w:p w14:paraId="32672DFD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  <w:p w14:paraId="344C5FCE" w14:textId="77777777" w:rsidR="00864A70" w:rsidRPr="003E41F3" w:rsidRDefault="00864A70" w:rsidP="001D5D5B">
            <w:pPr>
              <w:rPr>
                <w:rFonts w:ascii="Arial Nova" w:hAnsi="Arial Nova" w:cs="Arial"/>
              </w:rPr>
            </w:pPr>
          </w:p>
        </w:tc>
      </w:tr>
    </w:tbl>
    <w:p w14:paraId="13B9DDDB" w14:textId="77777777" w:rsidR="00864A70" w:rsidRPr="008F5D83" w:rsidRDefault="00864A70" w:rsidP="001D5D5B">
      <w:pPr>
        <w:rPr>
          <w:rFonts w:ascii="Arial Nova" w:hAnsi="Arial Nova" w:cs="Arial"/>
          <w:color w:val="002060"/>
        </w:rPr>
      </w:pPr>
    </w:p>
    <w:p w14:paraId="23F246B7" w14:textId="301A9962" w:rsidR="00301978" w:rsidRPr="008F5D83" w:rsidRDefault="008F5D83">
      <w:pPr>
        <w:pStyle w:val="Heading3"/>
        <w:rPr>
          <w:rFonts w:ascii="Arial Nova" w:hAnsi="Arial Nova" w:cs="Arial"/>
          <w:color w:val="002060"/>
        </w:rPr>
      </w:pPr>
      <w:r w:rsidRPr="008F5D83">
        <w:rPr>
          <w:rFonts w:ascii="Arial Nova" w:hAnsi="Arial Nova" w:cs="Arial"/>
          <w:color w:val="002060"/>
        </w:rPr>
        <w:t>F</w:t>
      </w:r>
      <w:r w:rsidR="001C4520" w:rsidRPr="008F5D83">
        <w:rPr>
          <w:rFonts w:ascii="Arial Nova" w:hAnsi="Arial Nova" w:cs="Arial"/>
          <w:color w:val="002060"/>
        </w:rPr>
        <w:t>. Fellowship Engagement</w:t>
      </w:r>
    </w:p>
    <w:p w14:paraId="208FA988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In one or two sentences, please describe what benefits you anticipate—for yourself and for the wider Christian community—through your time as a Ruth Etchells Fellow.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64A70" w:rsidRPr="003E41F3" w14:paraId="40E01E00" w14:textId="77777777" w:rsidTr="00864A70">
        <w:tc>
          <w:tcPr>
            <w:tcW w:w="8856" w:type="dxa"/>
          </w:tcPr>
          <w:p w14:paraId="667726CD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  <w:p w14:paraId="36E5E6B8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  <w:p w14:paraId="645109BB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  <w:p w14:paraId="5DCC1344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  <w:p w14:paraId="5B74A533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  <w:p w14:paraId="05E620F5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  <w:p w14:paraId="3C0380FD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  <w:p w14:paraId="32A3617F" w14:textId="77777777" w:rsidR="00864A70" w:rsidRPr="003E41F3" w:rsidRDefault="00864A70">
            <w:pPr>
              <w:rPr>
                <w:rFonts w:ascii="Arial Nova" w:hAnsi="Arial Nova" w:cs="Arial"/>
              </w:rPr>
            </w:pPr>
          </w:p>
        </w:tc>
      </w:tr>
    </w:tbl>
    <w:p w14:paraId="07DCC8F8" w14:textId="77777777" w:rsidR="00385B48" w:rsidRPr="003E41F3" w:rsidRDefault="00385B48">
      <w:pPr>
        <w:rPr>
          <w:rFonts w:ascii="Arial Nova" w:hAnsi="Arial Nova" w:cs="Arial"/>
        </w:rPr>
      </w:pPr>
    </w:p>
    <w:p w14:paraId="2FFA5E82" w14:textId="5CA08AD1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Segoe UI Symbol" w:hAnsi="Segoe UI Symbol" w:cs="Segoe UI Symbol"/>
        </w:rPr>
        <w:t>☐</w:t>
      </w:r>
      <w:r w:rsidRPr="003E41F3">
        <w:rPr>
          <w:rFonts w:ascii="Arial Nova" w:hAnsi="Arial Nova" w:cs="Arial"/>
        </w:rPr>
        <w:t xml:space="preserve"> </w:t>
      </w:r>
      <w:bookmarkStart w:id="0" w:name="_Hlk201759725"/>
      <w:r w:rsidRPr="003E41F3">
        <w:rPr>
          <w:rFonts w:ascii="Arial Nova" w:hAnsi="Arial Nova" w:cs="Arial"/>
        </w:rPr>
        <w:t xml:space="preserve">I agree to abide by the College’s </w:t>
      </w:r>
      <w:hyperlink r:id="rId12" w:tgtFrame="_blank" w:history="1">
        <w:r w:rsidR="00385B48" w:rsidRPr="003E41F3">
          <w:rPr>
            <w:rStyle w:val="Hyperlink"/>
            <w:rFonts w:ascii="Arial Nova" w:hAnsi="Arial Nova" w:cs="Arial"/>
            <w:b/>
            <w:bCs/>
          </w:rPr>
          <w:t>Code of Conduct for Senior Members</w:t>
        </w:r>
      </w:hyperlink>
      <w:bookmarkEnd w:id="0"/>
    </w:p>
    <w:p w14:paraId="674C2E02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Segoe UI Symbol" w:hAnsi="Segoe UI Symbol" w:cs="Segoe UI Symbol"/>
        </w:rPr>
        <w:t>☐</w:t>
      </w:r>
      <w:r w:rsidRPr="003E41F3">
        <w:rPr>
          <w:rFonts w:ascii="Arial Nova" w:hAnsi="Arial Nova" w:cs="Arial"/>
        </w:rPr>
        <w:t xml:space="preserve"> I confirm that the information provided in this form is accurate to the best of my knowledge.</w:t>
      </w:r>
    </w:p>
    <w:p w14:paraId="708E0134" w14:textId="19CFE0C7" w:rsidR="00301978" w:rsidRPr="008F5D83" w:rsidRDefault="008F5D83">
      <w:pPr>
        <w:pStyle w:val="Heading3"/>
        <w:rPr>
          <w:rFonts w:ascii="Arial Nova" w:hAnsi="Arial Nova" w:cs="Arial"/>
          <w:color w:val="002060"/>
        </w:rPr>
      </w:pPr>
      <w:r w:rsidRPr="008F5D83">
        <w:rPr>
          <w:rFonts w:ascii="Arial Nova" w:hAnsi="Arial Nova" w:cs="Arial"/>
          <w:color w:val="002060"/>
        </w:rPr>
        <w:t>G</w:t>
      </w:r>
      <w:r w:rsidR="001C4520" w:rsidRPr="008F5D83">
        <w:rPr>
          <w:rFonts w:ascii="Arial Nova" w:hAnsi="Arial Nova" w:cs="Arial"/>
          <w:color w:val="002060"/>
        </w:rPr>
        <w:t>. Referees</w:t>
      </w:r>
    </w:p>
    <w:p w14:paraId="12D1191C" w14:textId="777777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Please supply contact details for two referees (one academic/professional, one personal or pastoral):</w:t>
      </w:r>
    </w:p>
    <w:p w14:paraId="799F3145" w14:textId="77777777" w:rsidR="00864A70" w:rsidRPr="003E41F3" w:rsidRDefault="00864A70">
      <w:pPr>
        <w:rPr>
          <w:rFonts w:ascii="Arial Nova" w:hAnsi="Arial Nova" w:cs="Arial"/>
        </w:rPr>
      </w:pPr>
    </w:p>
    <w:p w14:paraId="737DFC81" w14:textId="2612A31F" w:rsidR="00864A70" w:rsidRPr="003E41F3" w:rsidRDefault="001C4520" w:rsidP="00864A70">
      <w:pPr>
        <w:spacing w:after="0"/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Name</w:t>
      </w:r>
      <w:r w:rsidR="00864A70" w:rsidRPr="003E41F3">
        <w:rPr>
          <w:rFonts w:ascii="Arial Nova" w:hAnsi="Arial Nova" w:cs="Arial"/>
        </w:rPr>
        <w:t xml:space="preserve"> of first referee</w:t>
      </w:r>
      <w:r w:rsidRPr="003E41F3">
        <w:rPr>
          <w:rFonts w:ascii="Arial Nova" w:hAnsi="Arial Nova" w:cs="Arial"/>
        </w:rPr>
        <w:t>:</w:t>
      </w:r>
      <w:r w:rsidRPr="003E41F3">
        <w:rPr>
          <w:rFonts w:ascii="Arial Nova" w:hAnsi="Arial Nova" w:cs="Arial"/>
        </w:rPr>
        <w:br/>
        <w:t>Email:</w:t>
      </w:r>
    </w:p>
    <w:p w14:paraId="7ABD0C54" w14:textId="63ACF75D" w:rsidR="00301978" w:rsidRPr="003E41F3" w:rsidRDefault="00864A70" w:rsidP="00864A70">
      <w:pPr>
        <w:spacing w:after="0"/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Telephone:</w:t>
      </w:r>
      <w:r w:rsidR="001C4520" w:rsidRPr="003E41F3">
        <w:rPr>
          <w:rFonts w:ascii="Arial Nova" w:hAnsi="Arial Nova" w:cs="Arial"/>
        </w:rPr>
        <w:br/>
        <w:t>Relationship to applicant:</w:t>
      </w:r>
    </w:p>
    <w:p w14:paraId="3EFEDF57" w14:textId="77777777" w:rsidR="00864A70" w:rsidRPr="003E41F3" w:rsidRDefault="00864A70" w:rsidP="00864A70">
      <w:pPr>
        <w:spacing w:after="0"/>
        <w:rPr>
          <w:rFonts w:ascii="Arial Nova" w:hAnsi="Arial Nova" w:cs="Arial"/>
        </w:rPr>
      </w:pPr>
    </w:p>
    <w:p w14:paraId="5B325CAB" w14:textId="67E2175F" w:rsidR="00864A70" w:rsidRPr="003E41F3" w:rsidRDefault="001C4520" w:rsidP="00864A70">
      <w:pPr>
        <w:spacing w:after="0"/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Name</w:t>
      </w:r>
      <w:r w:rsidR="00864A70" w:rsidRPr="003E41F3">
        <w:rPr>
          <w:rFonts w:ascii="Arial Nova" w:hAnsi="Arial Nova" w:cs="Arial"/>
        </w:rPr>
        <w:t xml:space="preserve"> of second referee</w:t>
      </w:r>
      <w:r w:rsidRPr="003E41F3">
        <w:rPr>
          <w:rFonts w:ascii="Arial Nova" w:hAnsi="Arial Nova" w:cs="Arial"/>
        </w:rPr>
        <w:t>:</w:t>
      </w:r>
      <w:r w:rsidRPr="003E41F3">
        <w:rPr>
          <w:rFonts w:ascii="Arial Nova" w:hAnsi="Arial Nova" w:cs="Arial"/>
        </w:rPr>
        <w:br/>
        <w:t>Email</w:t>
      </w:r>
      <w:r w:rsidR="00864A70" w:rsidRPr="003E41F3">
        <w:rPr>
          <w:rFonts w:ascii="Arial Nova" w:hAnsi="Arial Nova" w:cs="Arial"/>
        </w:rPr>
        <w:t>:</w:t>
      </w:r>
    </w:p>
    <w:p w14:paraId="418EE575" w14:textId="41E57347" w:rsidR="00301978" w:rsidRPr="003E41F3" w:rsidRDefault="00864A70" w:rsidP="00864A70">
      <w:pPr>
        <w:spacing w:after="0"/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>Telephone:</w:t>
      </w:r>
      <w:r w:rsidR="001C4520" w:rsidRPr="003E41F3">
        <w:rPr>
          <w:rFonts w:ascii="Arial Nova" w:hAnsi="Arial Nova" w:cs="Arial"/>
        </w:rPr>
        <w:br/>
        <w:t>Relationship to applicant:</w:t>
      </w:r>
    </w:p>
    <w:p w14:paraId="5B71AB4C" w14:textId="2CBEF5B6" w:rsidR="00864F37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br/>
        <w:t>Signature:</w:t>
      </w:r>
    </w:p>
    <w:p w14:paraId="2205858F" w14:textId="7D9A8A77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 xml:space="preserve">Date: </w:t>
      </w:r>
    </w:p>
    <w:p w14:paraId="600D39B0" w14:textId="121FC330" w:rsidR="00864A70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 xml:space="preserve">Please </w:t>
      </w:r>
      <w:r w:rsidR="00864A70" w:rsidRPr="003E41F3">
        <w:rPr>
          <w:rFonts w:ascii="Arial Nova" w:hAnsi="Arial Nova" w:cs="Arial"/>
        </w:rPr>
        <w:t xml:space="preserve">complete all sections of this form and submit, with a CV and covering letter to </w:t>
      </w:r>
      <w:hyperlink r:id="rId13" w:history="1">
        <w:r w:rsidR="00864A70" w:rsidRPr="003E41F3">
          <w:rPr>
            <w:rStyle w:val="Hyperlink"/>
            <w:rFonts w:ascii="Arial Nova" w:hAnsi="Arial Nova" w:cs="Arial"/>
          </w:rPr>
          <w:t>etchells.fellowship@durham.ac.uk</w:t>
        </w:r>
      </w:hyperlink>
      <w:r w:rsidR="00864A70" w:rsidRPr="003E41F3">
        <w:rPr>
          <w:rFonts w:ascii="Arial Nova" w:hAnsi="Arial Nova" w:cs="Arial"/>
        </w:rPr>
        <w:t xml:space="preserve">. </w:t>
      </w:r>
    </w:p>
    <w:p w14:paraId="48E18070" w14:textId="2D6907B9" w:rsidR="00301978" w:rsidRPr="003E41F3" w:rsidRDefault="001C4520">
      <w:pPr>
        <w:rPr>
          <w:rFonts w:ascii="Arial Nova" w:hAnsi="Arial Nova" w:cs="Arial"/>
        </w:rPr>
      </w:pPr>
      <w:r w:rsidRPr="003E41F3">
        <w:rPr>
          <w:rFonts w:ascii="Arial Nova" w:hAnsi="Arial Nova" w:cs="Arial"/>
        </w:rPr>
        <w:t xml:space="preserve">Further information about the Ruth Etchells Fellowship is available </w:t>
      </w:r>
      <w:r w:rsidR="00864A70" w:rsidRPr="003E41F3">
        <w:rPr>
          <w:rFonts w:ascii="Arial Nova" w:hAnsi="Arial Nova" w:cs="Arial"/>
        </w:rPr>
        <w:t xml:space="preserve">here: </w:t>
      </w:r>
      <w:hyperlink r:id="rId14" w:history="1">
        <w:r w:rsidR="00864A70" w:rsidRPr="008F5D83">
          <w:rPr>
            <w:rStyle w:val="Hyperlink"/>
            <w:rFonts w:ascii="Arial Nova" w:hAnsi="Arial Nova" w:cs="Arial"/>
          </w:rPr>
          <w:t>Etchells Fellowship - Durham University</w:t>
        </w:r>
      </w:hyperlink>
    </w:p>
    <w:sectPr w:rsidR="00301978" w:rsidRPr="003E41F3" w:rsidSect="00034616">
      <w:head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84C0C" w14:textId="77777777" w:rsidR="00112D0A" w:rsidRDefault="00112D0A" w:rsidP="00864A70">
      <w:pPr>
        <w:spacing w:after="0" w:line="240" w:lineRule="auto"/>
      </w:pPr>
      <w:r>
        <w:separator/>
      </w:r>
    </w:p>
  </w:endnote>
  <w:endnote w:type="continuationSeparator" w:id="0">
    <w:p w14:paraId="43CC0AC5" w14:textId="77777777" w:rsidR="00112D0A" w:rsidRDefault="00112D0A" w:rsidP="0086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AD66" w14:textId="77777777" w:rsidR="00112D0A" w:rsidRDefault="00112D0A" w:rsidP="00864A70">
      <w:pPr>
        <w:spacing w:after="0" w:line="240" w:lineRule="auto"/>
      </w:pPr>
      <w:r>
        <w:separator/>
      </w:r>
    </w:p>
  </w:footnote>
  <w:footnote w:type="continuationSeparator" w:id="0">
    <w:p w14:paraId="2E16D253" w14:textId="77777777" w:rsidR="00112D0A" w:rsidRDefault="00112D0A" w:rsidP="0086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7FC9" w14:textId="732A0BDE" w:rsidR="00864A70" w:rsidRDefault="003E41F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1639BD" wp14:editId="0970ACB3">
          <wp:simplePos x="0" y="0"/>
          <wp:positionH relativeFrom="column">
            <wp:posOffset>-901700</wp:posOffset>
          </wp:positionH>
          <wp:positionV relativeFrom="paragraph">
            <wp:posOffset>-304800</wp:posOffset>
          </wp:positionV>
          <wp:extent cx="1828800" cy="797349"/>
          <wp:effectExtent l="0" t="0" r="0" b="0"/>
          <wp:wrapNone/>
          <wp:docPr id="1329440696" name="Picture 1">
            <a:extLst xmlns:a="http://schemas.openxmlformats.org/drawingml/2006/main">
              <a:ext uri="{FF2B5EF4-FFF2-40B4-BE49-F238E27FC236}">
                <a16:creationId xmlns:a16="http://schemas.microsoft.com/office/drawing/2014/main" id="{9FF5D79C-AD18-4E69-9287-0BBA349457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440696" name="Picture 13294406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0113" cy="797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50E71"/>
    <w:multiLevelType w:val="hybridMultilevel"/>
    <w:tmpl w:val="906CE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117"/>
    <w:multiLevelType w:val="hybridMultilevel"/>
    <w:tmpl w:val="E342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05243"/>
    <w:multiLevelType w:val="hybridMultilevel"/>
    <w:tmpl w:val="FDA655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28A0"/>
    <w:multiLevelType w:val="hybridMultilevel"/>
    <w:tmpl w:val="BEFA010C"/>
    <w:lvl w:ilvl="0" w:tplc="C596AE9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A6B17"/>
    <w:multiLevelType w:val="hybridMultilevel"/>
    <w:tmpl w:val="5904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6333E"/>
    <w:multiLevelType w:val="hybridMultilevel"/>
    <w:tmpl w:val="0F069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75D0C"/>
    <w:multiLevelType w:val="multilevel"/>
    <w:tmpl w:val="B18E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C445C8"/>
    <w:multiLevelType w:val="hybridMultilevel"/>
    <w:tmpl w:val="80B05B5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37DE3"/>
    <w:multiLevelType w:val="hybridMultilevel"/>
    <w:tmpl w:val="74685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477729">
    <w:abstractNumId w:val="8"/>
  </w:num>
  <w:num w:numId="2" w16cid:durableId="1180194631">
    <w:abstractNumId w:val="3"/>
  </w:num>
  <w:num w:numId="3" w16cid:durableId="1258054829">
    <w:abstractNumId w:val="11"/>
  </w:num>
  <w:num w:numId="4" w16cid:durableId="1388527059">
    <w:abstractNumId w:val="9"/>
  </w:num>
  <w:num w:numId="5" w16cid:durableId="1410615021">
    <w:abstractNumId w:val="10"/>
  </w:num>
  <w:num w:numId="6" w16cid:durableId="1413307725">
    <w:abstractNumId w:val="6"/>
  </w:num>
  <w:num w:numId="7" w16cid:durableId="1423600105">
    <w:abstractNumId w:val="13"/>
  </w:num>
  <w:num w:numId="8" w16cid:durableId="1513686134">
    <w:abstractNumId w:val="14"/>
  </w:num>
  <w:num w:numId="9" w16cid:durableId="1595480674">
    <w:abstractNumId w:val="0"/>
  </w:num>
  <w:num w:numId="10" w16cid:durableId="1675456598">
    <w:abstractNumId w:val="2"/>
  </w:num>
  <w:num w:numId="11" w16cid:durableId="1715231142">
    <w:abstractNumId w:val="17"/>
  </w:num>
  <w:num w:numId="12" w16cid:durableId="2006517044">
    <w:abstractNumId w:val="7"/>
  </w:num>
  <w:num w:numId="13" w16cid:durableId="281376475">
    <w:abstractNumId w:val="4"/>
  </w:num>
  <w:num w:numId="14" w16cid:durableId="465121741">
    <w:abstractNumId w:val="15"/>
  </w:num>
  <w:num w:numId="15" w16cid:durableId="581911210">
    <w:abstractNumId w:val="16"/>
  </w:num>
  <w:num w:numId="16" w16cid:durableId="590359751">
    <w:abstractNumId w:val="1"/>
  </w:num>
  <w:num w:numId="17" w16cid:durableId="708649120">
    <w:abstractNumId w:val="5"/>
  </w:num>
  <w:num w:numId="18" w16cid:durableId="8197291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572"/>
    <w:rsid w:val="00112D0A"/>
    <w:rsid w:val="0015074B"/>
    <w:rsid w:val="001C4520"/>
    <w:rsid w:val="001D5D5B"/>
    <w:rsid w:val="0029639D"/>
    <w:rsid w:val="002A6D29"/>
    <w:rsid w:val="00301978"/>
    <w:rsid w:val="00311F25"/>
    <w:rsid w:val="00326F90"/>
    <w:rsid w:val="00385B48"/>
    <w:rsid w:val="003E2191"/>
    <w:rsid w:val="003E41F3"/>
    <w:rsid w:val="003F6430"/>
    <w:rsid w:val="00451C26"/>
    <w:rsid w:val="00610E0C"/>
    <w:rsid w:val="00656D5A"/>
    <w:rsid w:val="006F0211"/>
    <w:rsid w:val="0073206C"/>
    <w:rsid w:val="007A4E7A"/>
    <w:rsid w:val="00864A70"/>
    <w:rsid w:val="00864F37"/>
    <w:rsid w:val="008A2821"/>
    <w:rsid w:val="008F5D83"/>
    <w:rsid w:val="008F777E"/>
    <w:rsid w:val="00936190"/>
    <w:rsid w:val="00973CB5"/>
    <w:rsid w:val="00AA1D8D"/>
    <w:rsid w:val="00B47730"/>
    <w:rsid w:val="00CB0664"/>
    <w:rsid w:val="00D91AA7"/>
    <w:rsid w:val="00E9536D"/>
    <w:rsid w:val="00EC3431"/>
    <w:rsid w:val="00EC3E7F"/>
    <w:rsid w:val="00ED1A90"/>
    <w:rsid w:val="00F86836"/>
    <w:rsid w:val="00FA44A2"/>
    <w:rsid w:val="00FC693F"/>
    <w:rsid w:val="258E257D"/>
    <w:rsid w:val="2C40376C"/>
    <w:rsid w:val="414C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8F35A6"/>
  <w14:defaultImageDpi w14:val="300"/>
  <w15:docId w15:val="{1946581C-1411-4FDE-8C3D-FFC69462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85B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tchells.fellowship@durham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tjohnsdurham.ac.uk/wp-content/uploads/2026/05/Code-of-Conduct-for-Senior-Members-2026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johnsdurham.ac.uk/research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tjohnsdurham.ac.uk/discover/our-vis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tjohnsdurham.ac.uk/research/etchells-fellowshi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91245CC14F344B951DE19B5AC3A18" ma:contentTypeVersion="4" ma:contentTypeDescription="Create a new document." ma:contentTypeScope="" ma:versionID="f1eb15b10967b92a87088bd8007b7a94">
  <xsd:schema xmlns:xsd="http://www.w3.org/2001/XMLSchema" xmlns:xs="http://www.w3.org/2001/XMLSchema" xmlns:p="http://schemas.microsoft.com/office/2006/metadata/properties" xmlns:ns2="a37efe55-a746-4ee6-9a97-f2296cc599b0" targetNamespace="http://schemas.microsoft.com/office/2006/metadata/properties" ma:root="true" ma:fieldsID="b24ce1db3a85ee85710541b9070706b6" ns2:_="">
    <xsd:import namespace="a37efe55-a746-4ee6-9a97-f2296cc59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efe55-a746-4ee6-9a97-f2296cc59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D1A64-F9CC-4280-B8A5-AD325818F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7efe55-a746-4ee6-9a97-f2296cc59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B1D820-194E-4310-8059-42BD3D76D0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27F1F-1008-4CF3-BC2A-72BF003A22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WALKER, KATHRINE A.</cp:lastModifiedBy>
  <cp:revision>2</cp:revision>
  <dcterms:created xsi:type="dcterms:W3CDTF">2026-06-23T11:34:00Z</dcterms:created>
  <dcterms:modified xsi:type="dcterms:W3CDTF">2026-06-23T12:46:00Z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0x01010057591245CC14F344B951DE19B5AC3A18</vt:lpwstr>
  </property>
</Properties>
</file>